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младший сержант Коваленко Юрий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Коваленко Юрий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Борода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10.06.1985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 - старший мастер (по топливной аппаратуре)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СА-013539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