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(ВО 1 мсб) в/звание матрос Ильичев Игорь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Ильичев Игорь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Емеля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30.01.1987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матрос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Мастер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МТ-914779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22:39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