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рядовой Саввин Владимир Борисович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Саввин Владимир Борисович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Колдун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04.08.1980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АВ-223883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01:06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