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(ВО 1 мсб) в/звание рядовой Саввин Владимир Борисович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Саввин Владимир Борисович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Колдун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04.08.1980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Механик-водитель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АВ-223883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02:05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