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Мартынов Максим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Мартынов Максим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Мартын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20.02.1988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СА-076482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