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Манкевич Сергей Марьянович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Манкевич Сергей Марьянович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Старый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19.07.1974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МТ-571221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