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(ВО 1 мсб) в/звание рядовой Морозов Александр Вячеславович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Морозов Александр Вячеславович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Мороз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30.06.1985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мастер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МТ-537688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01:59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