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старший сержант Гринин Алексей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Гринин Алексей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Сварщик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25.04.1989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Э-927466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