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(ВО 1 мсб) в/звание старший сержант Гринин Алексей Алексеевич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Гринин Алексей Алексеевич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Сварщик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25.04.1989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отделения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Э-927466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00:47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