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прапорщик Малиновский Геннадий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Малиновский Геннадий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Аллигатор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28.04.1978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МТ-570925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