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Ревяко Виктор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Ревяко Виктор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Директор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26.11.1977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линейный надсмотрщик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МТ-570958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