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(ВС 1 мсб) в/звание рядовой Ревяко Виктор Васильевич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Ревяко Виктор Васильевич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Директор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26.11.1977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рядовой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моб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Водитель - линейный надсмотрщик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МТ-570958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04:59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