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рядовой Агапов Глеб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Агапов Глеб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Ишим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25.11.1997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Телефонист - линейный надсмотрщик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ЕХ-938461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