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рядовой Кочетков Николай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Кочетков Николай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Марк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26.07.2006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Телефонист - линейный надсмотрщик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СА-036372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