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рядовой Самозван Алексей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Самозван Алексей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Сова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11.12.1974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Радиотелефонист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МТ-570486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