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младший сержант Панин Максим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Панин Максим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09.07.1989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Э-745503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