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сержант Аграфенин Роман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Аграфенин Роман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Фемгар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13.08.1987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АБ-027149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