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(1 МСР 1 мсб) в/звание рядовой Гусаров Эдуард Романович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Гусаров Эдуард Романович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Пианист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13.02.2000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3 — сержанты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Командир отделения - командир боевой машины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УК-705887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03:45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