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Гусаров Эдуард Романович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Гусаров Эдуард Романович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Пианист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13.02.2000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 - командир боевой машины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УК-705887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