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сержант Сечко Вячеслав Геннадьевич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Сечко Вячеслав Геннадьевич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Самара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28.11.1973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радиотелефонист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СА-003918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