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(ВС 1 мсб) в/звание сержант Сечко Вячеслав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Сечко Вячеслав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Самара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28.11.1973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СА-003918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