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матрос Таратухин Игорь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Таратухин Игорь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Тарантул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01.02.1986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МТ-571352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