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(ВС 1 мсб) в/звание ефрейтор Ершов Кирилл Иванович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Ершов Кирилл Иванович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Енисей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04.05.2006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Радиотелеграфист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СА-549664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22:39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