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ефрейтор Брижинскас Константин Ионо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Брижинскас Константин Ионо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Цыган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19.08.2005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 - электрик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МТ-919338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