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Кобзев Владимир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Кобзев Владимир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Бугор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10.02.1990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 - 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СА-550730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