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рядовой Зененок Андрей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Зененок Андрей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13.11.2002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радиостанции - командир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УК-706397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