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(ВС 1 мсб) в/звание рядовой Гусаров Денис Константинович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Гусаров Денис Константинович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Гусар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09.03.1993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Радиотелефонист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ЕХ-634547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03:57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