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(ВС 1 мсб) в/звание сержант Коржов Алексей Александрович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Коржов Алексей Александрович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Корж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05.10.1988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сержант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Механик-водитель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МТ-912921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01:04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