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сержант Коржов Алексей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Коржов Алексей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Корж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05.10.1988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МТ-912921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02:49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