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ефрейтор Сметанин Михаил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Сметанин Михаил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Кузя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05.02.1987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МТ-540011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