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матрос Макаров Максим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Макаров Максим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Гром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24.02.1995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радиотелефонист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ЕХ-981076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