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Мазин Дмитрий Валерьевич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Мазин Дмитрий Валерьевич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Мазик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03.10.1980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СА-084459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