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(1 МСР 1 мсб) в/звание младший сержант Мазин Дмитрий Валерьевич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Мазин Дмитрий Валерьевич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Мазик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03.10.1980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младший сержант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Стрелок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СА-084459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06:54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