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(Упр. 1 мсб 1 мсб) в/звание майор Матюшенко Евгений Викторович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Матюшенко Евгений Викторович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Дельфин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05.08.1984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майор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Заместитель командира батальона по вооружению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Х-625280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22:39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