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младший сержант Григорец Максим Русланович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Григорец Максим Русланович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Тихий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21.02.1993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взвода - 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Х-722622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