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старший лейтенант Василюк Дмитрий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Василюк Дмитрий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Большой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26.09.1992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связи - 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ЕХ-981485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00:51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