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Мирошниченко Артур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Мирошниченко Артур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Башкир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10.10.1988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СА-054782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