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Соколов Артём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Соколов Артём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Пират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01.11.2007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(беспилотных летательных аппаратов коптерного типа)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СА-550749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