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Лабзенев Александр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Лабзенев Александр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Лабз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24.02.2003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(беспилотных летательных аппаратов коптерного типа)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АБ-908634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