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рядовой Баронов Геннадий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Баронов Геннадий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Барон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30.04.1996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(наземных робототехнических комплексов)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ВЕ-312375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