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старший сержант Ефимов Артём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Ефимов Артём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Ефим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29.07.1996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механик (наземных робототехнических комплексов)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СУ-395558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