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младший сержант Ведищев Виктор Витальевич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Ведищев Виктор Витальевич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Погремуха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13.03.1991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Х-720071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