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(ВБПЛА 1 мсб) в/звание младший сержант Ведищев Виктор Витальевич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Ведищев Виктор Витальевич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Погремуха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13.03.1991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младший сержант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3 — сержанты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Командир отделения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Х-720071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07.09.2026 22:57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