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Фокин Денис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Фокин Денис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Фокс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29.11.1991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Ю-715327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