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рядовой Новиков Никита Дмитриевич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Новиков Никита Дмитриевич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Озон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22.03.2003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СА-007659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