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Сатымбеков Тимур Анварович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Сатымбеков Тимур Анварович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Анубис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22.05.1995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МТ-726492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22:39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