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(ВБПЛА 1 мсб) в/звание ефрейтор Ключников Никита Игоревич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Ключников Никита Игоревич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Ключ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03.12.2004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ефрейтор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 — сержанты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Командир отделения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АВ-887990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09.09.2026 03:57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