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ефрейтор Ключников Никита Игоревич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Ключников Никита Игоревич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Ключ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03.12.2004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АВ-887990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