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рядовой Дробышевский Виктор Викторович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Дробышевский Виктор Викторович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Дробь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15.01.1982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АБ-017983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02:22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