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Дробышевский Виктор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Дробышевский Виктор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Дробь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15.01.1982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