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(ВБПЛА 1 мсб) в/звание рядовой Кудрявцев Дмитрий Павлович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Кудрявцев Дмитрий Павлович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Кучер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22.12.2005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рядовой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Оператор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СА-550204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09.09.2026 03:57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