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младший сержант Прелов Кирилл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елов Кирилл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ян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5.200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72976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