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младший сержант Прелов Кирилл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елов Кирилл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я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5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7297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