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старшина Змай Ивар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Змай Ивар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Змай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03.04.1974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СА-011477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