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Борейко Дмитрий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Борейко Дмитрий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Бари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25.07.2005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(беспилотных летательных аппаратов коптерного типа)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СА-550544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