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Сильков Александр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ильков Александ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да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4.2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4931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