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Сильков Александр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льков Александ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да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4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31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