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младший сержант Зищук Сергей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Зищук Сергей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Зыч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18.01.2003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Начальник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УК-753986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