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младший сержант Зищук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Зищук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Зыч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18.01.2003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УК-753986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