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рядовой Иванов Глеб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Иванов Глеб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Ива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11.10.2003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СА-020541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23:36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