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ефрейтор Сухопуткин Алексей Романович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Сухопуткин Алексей Романович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Кольщик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03.04.2001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ЕХ-960904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