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Атапин Сергей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Атапин Сергей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Калина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28.06.1986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СА-050018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