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Ананьин Игорь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Ананьин Игорь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Акула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09.05.2001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РА-367246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